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03520" cy="3974187"/>
            <wp:docPr id="1" name="Picture 1"/>
            <wp:cNvGraphicFramePr>
              <a:graphicFrameLocks noChangeAspect="1"/>
            </wp:cNvGraphicFramePr>
            <a:graphic>
              <a:graphicData uri="http://schemas.openxmlformats.org/drawingml/2006/picture">
                <pic:pic>
                  <pic:nvPicPr>
                    <pic:cNvPr id="0" name="1000057082.jpg"/>
                    <pic:cNvPicPr/>
                  </pic:nvPicPr>
                  <pic:blipFill>
                    <a:blip r:embed="rId9"/>
                    <a:stretch>
                      <a:fillRect/>
                    </a:stretch>
                  </pic:blipFill>
                  <pic:spPr>
                    <a:xfrm>
                      <a:off x="0" y="0"/>
                      <a:ext cx="5303520" cy="3974187"/>
                    </a:xfrm>
                    <a:prstGeom prst="rect"/>
                  </pic:spPr>
                </pic:pic>
              </a:graphicData>
            </a:graphic>
          </wp:inline>
        </w:drawing>
      </w:r>
    </w:p>
    <w:p>
      <w:pPr>
        <w:jc w:val="center"/>
      </w:pPr>
      <w:r>
        <w:rPr>
          <w:rFonts w:ascii="Arial" w:hAnsi="Arial"/>
          <w:b/>
          <w:color w:val="123C55"/>
          <w:sz w:val="48"/>
        </w:rPr>
        <w:t>VOLUNTEER APPLICATION</w:t>
        <w:br/>
        <w:t>&amp; STARTER PACK</w:t>
      </w:r>
    </w:p>
    <w:p>
      <w:pPr>
        <w:jc w:val="center"/>
      </w:pPr>
      <w:r>
        <w:rPr>
          <w:color w:val="289650"/>
          <w:sz w:val="26"/>
        </w:rPr>
        <w:t>Better Life Welfare Organisation</w:t>
      </w:r>
    </w:p>
    <w:p>
      <w:pPr>
        <w:jc w:val="center"/>
      </w:pPr>
      <w:r>
        <w:rPr>
          <w:sz w:val="22"/>
        </w:rPr>
        <w:t>Welcome! Thank you for your interest in volunteering with us.</w:t>
        <w:br/>
        <w:t>This pack helps us get to know you and support a safe, rewarding experience.</w:t>
      </w:r>
    </w:p>
    <w:p>
      <w:pPr>
        <w:jc w:val="center"/>
      </w:pPr>
      <w:r>
        <w:rPr>
          <w:b/>
          <w:color w:val="123C55"/>
        </w:rPr>
        <w:t>Support  •  Empower  •  Build Brighter Futures</w:t>
      </w:r>
    </w:p>
    <w:p>
      <w:r>
        <w:br w:type="page"/>
      </w:r>
    </w:p>
    <w:p>
      <w:pPr>
        <w:spacing w:before="120" w:after="80"/>
      </w:pPr>
      <w:r>
        <w:rPr>
          <w:rFonts w:ascii="Arial" w:hAnsi="Arial"/>
          <w:b/>
          <w:color w:val="123C55"/>
          <w:sz w:val="26"/>
        </w:rPr>
        <w:t>1. Your Details</w:t>
      </w:r>
    </w:p>
    <w:p>
      <w:r>
        <w:t>Please write clearly. Fields marked * are important for us to contact you.</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
              <w:rPr>
                <w:rFonts w:ascii="Arial" w:hAnsi="Arial"/>
                <w:b/>
                <w:color w:val="123C55"/>
                <w:sz w:val="16"/>
              </w:rPr>
              <w:t>Full name *</w:t>
              <w:br/>
              <w:br/>
            </w:r>
          </w:p>
        </w:tc>
        <w:tc>
          <w:tcPr>
            <w:tcW w:type="dxa" w:w="5112"/>
            <w:vAlign w:val="center"/>
          </w:tcPr>
          <w:p>
            <w:r/>
            <w:r>
              <w:rPr>
                <w:rFonts w:ascii="Arial" w:hAnsi="Arial"/>
                <w:b/>
                <w:color w:val="123C55"/>
                <w:sz w:val="16"/>
              </w:rPr>
              <w:t>Name you would like us to use</w:t>
              <w:br/>
              <w:br/>
            </w:r>
          </w:p>
        </w:tc>
      </w:tr>
      <w:tr>
        <w:tc>
          <w:tcPr>
            <w:tcW w:type="dxa" w:w="5112"/>
            <w:vAlign w:val="center"/>
          </w:tcPr>
          <w:p>
            <w:r/>
            <w:r>
              <w:rPr>
                <w:rFonts w:ascii="Arial" w:hAnsi="Arial"/>
                <w:b/>
                <w:color w:val="123C55"/>
                <w:sz w:val="16"/>
              </w:rPr>
              <w:t>Address</w:t>
              <w:br/>
              <w:br/>
            </w:r>
          </w:p>
        </w:tc>
        <w:tc>
          <w:tcPr>
            <w:tcW w:type="dxa" w:w="5112"/>
            <w:vAlign w:val="center"/>
          </w:tcPr>
          <w:p>
            <w:r/>
            <w:r>
              <w:rPr>
                <w:rFonts w:ascii="Arial" w:hAnsi="Arial"/>
                <w:b/>
                <w:color w:val="123C55"/>
                <w:sz w:val="16"/>
              </w:rPr>
              <w:t>Town / City</w:t>
              <w:br/>
              <w:br/>
            </w:r>
          </w:p>
        </w:tc>
      </w:tr>
      <w:tr>
        <w:tc>
          <w:tcPr>
            <w:tcW w:type="dxa" w:w="5112"/>
            <w:vAlign w:val="center"/>
          </w:tcPr>
          <w:p>
            <w:r/>
            <w:r>
              <w:rPr>
                <w:rFonts w:ascii="Arial" w:hAnsi="Arial"/>
                <w:b/>
                <w:color w:val="123C55"/>
                <w:sz w:val="16"/>
              </w:rPr>
              <w:t>Postcode</w:t>
              <w:br/>
              <w:br/>
            </w:r>
          </w:p>
        </w:tc>
        <w:tc>
          <w:tcPr>
            <w:tcW w:type="dxa" w:w="5112"/>
            <w:vAlign w:val="center"/>
          </w:tcPr>
          <w:p>
            <w:r/>
            <w:r>
              <w:rPr>
                <w:rFonts w:ascii="Arial" w:hAnsi="Arial"/>
                <w:b/>
                <w:color w:val="123C55"/>
                <w:sz w:val="16"/>
              </w:rPr>
              <w:t>Email address *</w:t>
              <w:br/>
              <w:br/>
            </w:r>
          </w:p>
        </w:tc>
      </w:tr>
      <w:tr>
        <w:tc>
          <w:tcPr>
            <w:tcW w:type="dxa" w:w="5112"/>
            <w:vAlign w:val="center"/>
          </w:tcPr>
          <w:p>
            <w:r/>
            <w:r>
              <w:rPr>
                <w:rFonts w:ascii="Arial" w:hAnsi="Arial"/>
                <w:b/>
                <w:color w:val="123C55"/>
                <w:sz w:val="16"/>
              </w:rPr>
              <w:t>Phone number *</w:t>
              <w:br/>
              <w:br/>
            </w:r>
          </w:p>
        </w:tc>
        <w:tc>
          <w:tcPr>
            <w:tcW w:type="dxa" w:w="5112"/>
            <w:vAlign w:val="center"/>
          </w:tcPr>
          <w:p>
            <w:r/>
            <w:r>
              <w:rPr>
                <w:rFonts w:ascii="Arial" w:hAnsi="Arial"/>
                <w:b/>
                <w:color w:val="123C55"/>
                <w:sz w:val="16"/>
              </w:rPr>
              <w:t>Preferred contact method</w:t>
              <w:br/>
              <w:br/>
            </w:r>
          </w:p>
        </w:tc>
      </w:tr>
    </w:tbl>
    <w:p>
      <w:pPr>
        <w:spacing w:after="0"/>
      </w:pPr>
    </w:p>
    <w:p>
      <w:pPr>
        <w:spacing w:before="120" w:after="80"/>
      </w:pPr>
      <w:r>
        <w:rPr>
          <w:rFonts w:ascii="Arial" w:hAnsi="Arial"/>
          <w:b/>
          <w:color w:val="123C55"/>
          <w:sz w:val="26"/>
        </w:rPr>
        <w:t>2. Emergency Contact</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
              <w:rPr>
                <w:rFonts w:ascii="Arial" w:hAnsi="Arial"/>
                <w:b/>
                <w:color w:val="123C55"/>
                <w:sz w:val="16"/>
              </w:rPr>
              <w:t>Emergency contact name</w:t>
              <w:br/>
              <w:br/>
            </w:r>
          </w:p>
        </w:tc>
        <w:tc>
          <w:tcPr>
            <w:tcW w:type="dxa" w:w="5112"/>
            <w:vAlign w:val="center"/>
          </w:tcPr>
          <w:p>
            <w:r/>
            <w:r>
              <w:rPr>
                <w:rFonts w:ascii="Arial" w:hAnsi="Arial"/>
                <w:b/>
                <w:color w:val="123C55"/>
                <w:sz w:val="16"/>
              </w:rPr>
              <w:t>Relationship to you</w:t>
              <w:br/>
              <w:br/>
            </w:r>
          </w:p>
        </w:tc>
      </w:tr>
      <w:tr>
        <w:tc>
          <w:tcPr>
            <w:tcW w:type="dxa" w:w="5112"/>
            <w:vAlign w:val="center"/>
          </w:tcPr>
          <w:p>
            <w:r/>
            <w:r>
              <w:rPr>
                <w:rFonts w:ascii="Arial" w:hAnsi="Arial"/>
                <w:b/>
                <w:color w:val="123C55"/>
                <w:sz w:val="16"/>
              </w:rPr>
              <w:t>Emergency contact phone</w:t>
              <w:br/>
              <w:br/>
            </w:r>
          </w:p>
        </w:tc>
        <w:tc>
          <w:tcPr>
            <w:tcW w:type="dxa" w:w="5112"/>
            <w:vAlign w:val="center"/>
          </w:tcPr>
          <w:p>
            <w:r/>
            <w:r>
              <w:rPr>
                <w:rFonts w:ascii="Arial" w:hAnsi="Arial"/>
                <w:b/>
                <w:color w:val="123C55"/>
                <w:sz w:val="16"/>
              </w:rPr>
              <w:t>Any information we should know in an emergency? (optional)</w:t>
              <w:br/>
              <w:br/>
            </w:r>
          </w:p>
        </w:tc>
      </w:tr>
    </w:tbl>
    <w:p>
      <w:pPr>
        <w:spacing w:after="0"/>
      </w:pPr>
    </w:p>
    <w:p>
      <w:r>
        <w:t>We will only use emergency contact details if needed in connection with your volunteering or an emergency.</w:t>
      </w:r>
    </w:p>
    <w:p>
      <w:r>
        <w:br w:type="page"/>
      </w:r>
    </w:p>
    <w:p>
      <w:pPr>
        <w:spacing w:before="120" w:after="80"/>
      </w:pPr>
      <w:r>
        <w:rPr>
          <w:rFonts w:ascii="Arial" w:hAnsi="Arial"/>
          <w:b/>
          <w:color w:val="123C55"/>
          <w:sz w:val="26"/>
        </w:rPr>
        <w:t>3. Your Volunteering Interests</w:t>
      </w:r>
    </w:p>
    <w:p>
      <w:r>
        <w:t>Tick any that apply:</w:t>
      </w:r>
    </w:p>
    <w:p>
      <w:r>
        <w:t>☐  Community events / outreach</w:t>
      </w:r>
    </w:p>
    <w:p>
      <w:r>
        <w:t>☐  Fundraising / campaigns</w:t>
      </w:r>
    </w:p>
    <w:p>
      <w:r>
        <w:t>☐  Befriending / community support</w:t>
      </w:r>
    </w:p>
    <w:p>
      <w:r>
        <w:t>☐  Admin / office support</w:t>
      </w:r>
    </w:p>
    <w:p>
      <w:r>
        <w:t>☐  Donations / collections</w:t>
      </w:r>
    </w:p>
    <w:p>
      <w:r>
        <w:t>☐  Communications / social media</w:t>
      </w:r>
    </w:p>
    <w:p>
      <w:r>
        <w:t>☐  Practical help / activities</w:t>
      </w:r>
    </w:p>
    <w:p>
      <w:r>
        <w:t>☐  Other: ______________________________</w:t>
      </w:r>
    </w:p>
    <w:p>
      <w:pPr>
        <w:spacing w:before="120" w:after="80"/>
      </w:pPr>
      <w:r>
        <w:rPr>
          <w:rFonts w:ascii="Arial" w:hAnsi="Arial"/>
          <w:b/>
          <w:color w:val="123C55"/>
          <w:sz w:val="26"/>
        </w:rPr>
        <w:t>4. Availability</w:t>
      </w:r>
    </w:p>
    <w:p>
      <w:r>
        <w:t>Days available:  ☐ Mon  ☐ Tue  ☐ Wed  ☐ Thu  ☐ Fri  ☐ Sat  ☐ Sun</w:t>
      </w:r>
    </w:p>
    <w:p>
      <w:r>
        <w:t>Preferred times:  ☐ Morning  ☐ Afternoon  ☐ Evening  ☐ Flexible</w:t>
      </w:r>
    </w:p>
    <w:p>
      <w:r>
        <w:t>How often?  ☐ Weekly  ☐ Fortnightly  ☐ Monthly  ☐ Occasionally  ☐ Flexible</w:t>
      </w:r>
    </w:p>
    <w:p>
      <w:r>
        <w:t>When could you start? __________________________________________________________</w:t>
      </w:r>
    </w:p>
    <w:p>
      <w:pPr>
        <w:spacing w:before="120" w:after="80"/>
      </w:pPr>
      <w:r>
        <w:rPr>
          <w:rFonts w:ascii="Arial" w:hAnsi="Arial"/>
          <w:b/>
          <w:color w:val="123C55"/>
          <w:sz w:val="26"/>
        </w:rPr>
        <w:t>5. About You</w:t>
      </w:r>
    </w:p>
    <w:p>
      <w:r>
        <w:t>What skills, interests, languages or experience would you like to bring to the organisation?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Is there any support, adjustment or training that would help you volunteer comfortably? (optional)</w:t>
      </w:r>
    </w:p>
    <w:p>
      <w:r>
        <w:t>________________________________________________________________________________</w:t>
      </w:r>
    </w:p>
    <w:p>
      <w:r>
        <w:t>________________________________________________________________________________</w:t>
      </w:r>
    </w:p>
    <w:p>
      <w:r>
        <w:br w:type="page"/>
      </w:r>
    </w:p>
    <w:p>
      <w:pPr>
        <w:spacing w:before="120" w:after="80"/>
      </w:pPr>
      <w:r>
        <w:rPr>
          <w:rFonts w:ascii="Arial" w:hAnsi="Arial"/>
          <w:b/>
          <w:color w:val="123C55"/>
          <w:sz w:val="26"/>
        </w:rPr>
        <w:t>6. References</w:t>
      </w:r>
    </w:p>
    <w:p>
      <w:r>
        <w:t>If a role requires references, we will explain this and ask your permission before contacting anyone. Please do not list a family member.</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
              <w:rPr>
                <w:rFonts w:ascii="Arial" w:hAnsi="Arial"/>
                <w:b/>
                <w:color w:val="123C55"/>
                <w:sz w:val="16"/>
              </w:rPr>
              <w:t>Reference 1 — name</w:t>
              <w:br/>
              <w:br/>
            </w:r>
          </w:p>
        </w:tc>
        <w:tc>
          <w:tcPr>
            <w:tcW w:type="dxa" w:w="5112"/>
            <w:vAlign w:val="center"/>
          </w:tcPr>
          <w:p>
            <w:r/>
            <w:r>
              <w:rPr>
                <w:rFonts w:ascii="Arial" w:hAnsi="Arial"/>
                <w:b/>
                <w:color w:val="123C55"/>
                <w:sz w:val="16"/>
              </w:rPr>
              <w:t>Relationship / how they know you</w:t>
              <w:br/>
              <w:br/>
            </w:r>
          </w:p>
        </w:tc>
      </w:tr>
      <w:tr>
        <w:tc>
          <w:tcPr>
            <w:tcW w:type="dxa" w:w="5112"/>
            <w:vAlign w:val="center"/>
          </w:tcPr>
          <w:p>
            <w:r/>
            <w:r>
              <w:rPr>
                <w:rFonts w:ascii="Arial" w:hAnsi="Arial"/>
                <w:b/>
                <w:color w:val="123C55"/>
                <w:sz w:val="16"/>
              </w:rPr>
              <w:t>Email or phone</w:t>
              <w:br/>
              <w:br/>
            </w:r>
          </w:p>
        </w:tc>
        <w:tc>
          <w:tcPr>
            <w:tcW w:type="dxa" w:w="5112"/>
            <w:vAlign w:val="center"/>
          </w:tcPr>
          <w:p>
            <w:r/>
            <w:r>
              <w:rPr>
                <w:rFonts w:ascii="Arial" w:hAnsi="Arial"/>
                <w:b/>
                <w:color w:val="123C55"/>
                <w:sz w:val="16"/>
              </w:rPr>
              <w:t>Reference 2 — name (optional)</w:t>
              <w:br/>
              <w:br/>
            </w:r>
          </w:p>
        </w:tc>
      </w:tr>
      <w:tr>
        <w:tc>
          <w:tcPr>
            <w:tcW w:type="dxa" w:w="5112"/>
            <w:vAlign w:val="center"/>
          </w:tcPr>
          <w:p>
            <w:r/>
            <w:r>
              <w:rPr>
                <w:rFonts w:ascii="Arial" w:hAnsi="Arial"/>
                <w:b/>
                <w:color w:val="123C55"/>
                <w:sz w:val="16"/>
              </w:rPr>
              <w:t>Relationship / how they know you</w:t>
              <w:br/>
              <w:br/>
            </w:r>
          </w:p>
        </w:tc>
        <w:tc>
          <w:tcPr>
            <w:tcW w:type="dxa" w:w="5112"/>
            <w:vAlign w:val="center"/>
          </w:tcPr>
          <w:p>
            <w:r/>
            <w:r>
              <w:rPr>
                <w:rFonts w:ascii="Arial" w:hAnsi="Arial"/>
                <w:b/>
                <w:color w:val="123C55"/>
                <w:sz w:val="16"/>
              </w:rPr>
              <w:t>Email or phone</w:t>
              <w:br/>
              <w:br/>
            </w:r>
          </w:p>
        </w:tc>
      </w:tr>
    </w:tbl>
    <w:p>
      <w:pPr>
        <w:spacing w:after="0"/>
      </w:pPr>
    </w:p>
    <w:p>
      <w:pPr>
        <w:spacing w:before="120" w:after="80"/>
      </w:pPr>
      <w:r>
        <w:rPr>
          <w:rFonts w:ascii="Arial" w:hAnsi="Arial"/>
          <w:b/>
          <w:color w:val="123C55"/>
          <w:sz w:val="26"/>
        </w:rPr>
        <w:t>7. Volunteer Commitments &amp; Safeguarding</w:t>
      </w:r>
    </w:p>
    <w:p>
      <w:r>
        <w:t>Please tick each statement to confirm you understand it:</w:t>
      </w:r>
    </w:p>
    <w:p>
      <w:r>
        <w:t>☐  I will treat service users, staff, fellow volunteers and members of the public with dignity and respect.</w:t>
      </w:r>
    </w:p>
    <w:p>
      <w:r>
        <w:t>☐  I will follow the organisation’s policies, instructions, confidentiality requirements and health and safety guidance.</w:t>
      </w:r>
    </w:p>
    <w:p>
      <w:r>
        <w:t>☐  I will raise safeguarding, welfare or safety concerns promptly with the designated contact.</w:t>
      </w:r>
    </w:p>
    <w:p>
      <w:r>
        <w:t>☐  I understand that role-specific checks, training or references may be required before I begin certain activities.</w:t>
      </w:r>
    </w:p>
    <w:p>
      <w:r>
        <w:t>☐  I will tell the volunteer coordinator if my contact details or availability change.</w:t>
      </w:r>
    </w:p>
    <w:p>
      <w:pPr>
        <w:spacing w:before="120" w:after="80"/>
      </w:pPr>
      <w:r>
        <w:rPr>
          <w:rFonts w:ascii="Arial" w:hAnsi="Arial"/>
          <w:b/>
          <w:color w:val="123C55"/>
          <w:sz w:val="26"/>
        </w:rPr>
        <w:t>8. Declaration &amp; Consent</w:t>
      </w:r>
    </w:p>
    <w:p>
      <w:r>
        <w:t>I confirm that the information I have provided is accurate to the best of my knowledge. I understand that my application will be reviewed and that submitting this form does not guarantee a volunteer placement.</w:t>
      </w:r>
    </w:p>
    <w:p>
      <w:r>
        <w:t>I understand that Better Life Welfare Organisation will use the information provided to assess and administer my volunteering application, contact me about volunteering, and support safe volunteering in line with its privacy information and applicable data protection requirements.</w:t>
      </w:r>
    </w:p>
    <w:p>
      <w:r>
        <w:t>Applicant signature: ______________________________________    Date: __________________</w:t>
      </w:r>
    </w:p>
    <w:p>
      <w:r>
        <w:t>Print name: _____________________________________________________________________</w:t>
      </w:r>
    </w:p>
    <w:p>
      <w:pPr>
        <w:spacing w:before="120" w:after="80"/>
      </w:pPr>
      <w:r>
        <w:rPr>
          <w:rFonts w:ascii="Arial" w:hAnsi="Arial"/>
          <w:b/>
          <w:color w:val="123C55"/>
          <w:sz w:val="26"/>
        </w:rPr>
        <w:t>9. For Office Use Only</w:t>
      </w:r>
    </w:p>
    <w:p>
      <w:r>
        <w:t>Date received: ____________________   Reviewed by: ______________________________</w:t>
      </w:r>
    </w:p>
    <w:p>
      <w:r>
        <w:t>Role / team: ______________________   Follow-up needed:  ☐ Yes  ☐ No</w:t>
      </w:r>
    </w:p>
    <w:p>
      <w:r>
        <w:t>Induction date: ___________________   Training / checks (if applicable): __________________</w:t>
      </w:r>
    </w:p>
    <w:p>
      <w:r>
        <w:t>Decision / notes: ________________________________________________________________</w:t>
      </w:r>
    </w:p>
    <w:p>
      <w:r>
        <w:t>________________________________________________________________________________</w:t>
      </w:r>
    </w:p>
    <w:p>
      <w:pPr>
        <w:jc w:val="center"/>
      </w:pPr>
      <w:r>
        <w:rPr>
          <w:b/>
          <w:color w:val="289650"/>
        </w:rPr>
        <w:t>Thank you for giving your time to make a difference.</w:t>
      </w:r>
    </w:p>
    <w:sectPr w:rsidR="00FC693F" w:rsidRPr="0006063C" w:rsidSect="00034616">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B73"/>
        <w:sz w:val="16"/>
      </w:rPr>
      <w:t>Better Life Welfare Organisation  |  Volunteer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6343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